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DDC" w:rsidRDefault="007077C6">
      <w:pPr>
        <w:jc w:val="center"/>
      </w:pPr>
      <w:r>
        <w:rPr>
          <w:b/>
          <w:sz w:val="36"/>
        </w:rPr>
        <w:t>CVMA REGION X RALLY</w:t>
      </w:r>
      <w:r>
        <w:rPr>
          <w:b/>
          <w:sz w:val="36"/>
        </w:rPr>
        <w:br/>
        <w:t>RIDE PLAN</w:t>
      </w:r>
    </w:p>
    <w:p w:rsidR="007F2DDC" w:rsidRDefault="007077C6">
      <w:pPr>
        <w:jc w:val="center"/>
      </w:pPr>
      <w:r>
        <w:rPr>
          <w:b/>
          <w:sz w:val="22"/>
        </w:rPr>
        <w:t>Saturday, August 22, 2026  |  KSU 1000</w:t>
      </w:r>
    </w:p>
    <w:p w:rsidR="007F2DDC" w:rsidRDefault="007077C6">
      <w:pPr>
        <w:jc w:val="center"/>
      </w:pPr>
      <w:r>
        <w:rPr>
          <w:noProof/>
        </w:rPr>
        <w:drawing>
          <wp:inline distT="0" distB="0" distL="0" distR="0">
            <wp:extent cx="6629400" cy="27464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vma_route_schematic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274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DC" w:rsidRDefault="007077C6">
      <w:pPr>
        <w:jc w:val="center"/>
      </w:pPr>
      <w:r>
        <w:rPr>
          <w:b/>
        </w:rPr>
        <w:t>Route: Sublimity staging → Silverton → Silver Falls State Park, South Falls → Hwy 22 → Camp Taloali</w:t>
      </w:r>
    </w:p>
    <w:p w:rsidR="007F2DDC" w:rsidRDefault="007077C6">
      <w:pPr>
        <w:pStyle w:val="Heading1"/>
      </w:pPr>
      <w:r>
        <w:t>1. Timeline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Time</w:t>
            </w:r>
          </w:p>
        </w:tc>
        <w:tc>
          <w:tcPr>
            <w:tcW w:w="5328" w:type="dxa"/>
          </w:tcPr>
          <w:p w:rsidR="007F2DDC" w:rsidRDefault="007077C6">
            <w:r>
              <w:t>Action</w:t>
            </w:r>
          </w:p>
        </w:tc>
      </w:tr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0930 NLT</w:t>
            </w:r>
          </w:p>
        </w:tc>
        <w:tc>
          <w:tcPr>
            <w:tcW w:w="5328" w:type="dxa"/>
          </w:tcPr>
          <w:p w:rsidR="007F2DDC" w:rsidRDefault="007077C6">
            <w:r>
              <w:t>All riders and support personnel staged</w:t>
            </w:r>
          </w:p>
        </w:tc>
      </w:tr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0940</w:t>
            </w:r>
          </w:p>
        </w:tc>
        <w:tc>
          <w:tcPr>
            <w:tcW w:w="5328" w:type="dxa"/>
          </w:tcPr>
          <w:p w:rsidR="007F2DDC" w:rsidRDefault="007077C6">
            <w:r>
              <w:t>Safety brief - grassy area at Sublimity Park</w:t>
            </w:r>
          </w:p>
        </w:tc>
      </w:tr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0950</w:t>
            </w:r>
          </w:p>
        </w:tc>
        <w:tc>
          <w:tcPr>
            <w:tcW w:w="5328" w:type="dxa"/>
          </w:tcPr>
          <w:p w:rsidR="007F2DDC" w:rsidRDefault="007077C6">
            <w:r>
              <w:t>Mount / final equipment and formation check</w:t>
            </w:r>
          </w:p>
        </w:tc>
      </w:tr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1000</w:t>
            </w:r>
          </w:p>
        </w:tc>
        <w:tc>
          <w:tcPr>
            <w:tcW w:w="5328" w:type="dxa"/>
          </w:tcPr>
          <w:p w:rsidR="007F2DDC" w:rsidRDefault="007077C6">
            <w:r>
              <w:t>KSU - Advance Party departs; Main Body follows approximately 10 seconds later</w:t>
            </w:r>
          </w:p>
        </w:tc>
      </w:tr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~10</w:t>
            </w:r>
            <w:r w:rsidR="00374B6A">
              <w:t>45</w:t>
            </w:r>
          </w:p>
        </w:tc>
        <w:tc>
          <w:tcPr>
            <w:tcW w:w="5328" w:type="dxa"/>
          </w:tcPr>
          <w:p w:rsidR="007F2DDC" w:rsidRDefault="007077C6">
            <w:r>
              <w:t>Planned arrival - South Falls Day Use Area*</w:t>
            </w:r>
          </w:p>
        </w:tc>
      </w:tr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10</w:t>
            </w:r>
            <w:r w:rsidR="00374B6A">
              <w:t>4</w:t>
            </w:r>
            <w:r>
              <w:t>5-11</w:t>
            </w:r>
            <w:r w:rsidR="00374B6A">
              <w:t>1</w:t>
            </w:r>
            <w:r>
              <w:t>5</w:t>
            </w:r>
          </w:p>
        </w:tc>
        <w:tc>
          <w:tcPr>
            <w:tcW w:w="5328" w:type="dxa"/>
          </w:tcPr>
          <w:p w:rsidR="007F2DDC" w:rsidRDefault="007077C6">
            <w:r>
              <w:t xml:space="preserve">30-minute </w:t>
            </w:r>
            <w:r>
              <w:t>waterfall / restroom break</w:t>
            </w:r>
          </w:p>
        </w:tc>
      </w:tr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1</w:t>
            </w:r>
            <w:r w:rsidR="00374B6A">
              <w:t>120</w:t>
            </w:r>
            <w:r>
              <w:t xml:space="preserve"> NLT</w:t>
            </w:r>
          </w:p>
        </w:tc>
        <w:tc>
          <w:tcPr>
            <w:tcW w:w="5328" w:type="dxa"/>
          </w:tcPr>
          <w:p w:rsidR="007F2DDC" w:rsidRDefault="007077C6">
            <w:r>
              <w:t>All riders back at motorcycles (10 minutes before planned KSU)</w:t>
            </w:r>
          </w:p>
        </w:tc>
      </w:tr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11</w:t>
            </w:r>
            <w:r w:rsidR="00374B6A">
              <w:t>30</w:t>
            </w:r>
          </w:p>
        </w:tc>
        <w:tc>
          <w:tcPr>
            <w:tcW w:w="5328" w:type="dxa"/>
          </w:tcPr>
          <w:p w:rsidR="007F2DDC" w:rsidRDefault="007077C6">
            <w:r>
              <w:t>Planned KSU - depart South Falls*</w:t>
            </w:r>
          </w:p>
        </w:tc>
      </w:tr>
      <w:tr w:rsidR="007F2DDC">
        <w:trPr>
          <w:jc w:val="center"/>
        </w:trPr>
        <w:tc>
          <w:tcPr>
            <w:tcW w:w="5328" w:type="dxa"/>
          </w:tcPr>
          <w:p w:rsidR="007F2DDC" w:rsidRDefault="007077C6">
            <w:r>
              <w:t>~1</w:t>
            </w:r>
            <w:r w:rsidR="00374B6A">
              <w:t>230</w:t>
            </w:r>
          </w:p>
        </w:tc>
        <w:tc>
          <w:tcPr>
            <w:tcW w:w="5328" w:type="dxa"/>
          </w:tcPr>
          <w:p w:rsidR="007F2DDC" w:rsidRDefault="007077C6">
            <w:r>
              <w:t>Planned arrival - Camp Taloali*</w:t>
            </w:r>
          </w:p>
        </w:tc>
      </w:tr>
    </w:tbl>
    <w:p w:rsidR="007F2DDC" w:rsidRDefault="007077C6">
      <w:r>
        <w:rPr>
          <w:i/>
          <w:sz w:val="17"/>
        </w:rPr>
        <w:t>*Planning times are estimates and should be adjusted by the Road Captain for</w:t>
      </w:r>
      <w:r>
        <w:rPr>
          <w:i/>
          <w:sz w:val="17"/>
        </w:rPr>
        <w:t xml:space="preserve"> traffic, group size, weather, and law-enforcement coordination.</w:t>
      </w:r>
    </w:p>
    <w:p w:rsidR="007F2DDC" w:rsidRDefault="007077C6">
      <w:pPr>
        <w:pStyle w:val="Heading1"/>
      </w:pPr>
      <w:r>
        <w:t>2. Ride Organization</w:t>
      </w:r>
    </w:p>
    <w:p w:rsidR="007F2DDC" w:rsidRDefault="007077C6">
      <w:pPr>
        <w:spacing w:after="40"/>
      </w:pPr>
      <w:r>
        <w:rPr>
          <w:b/>
        </w:rPr>
        <w:t xml:space="preserve">Advance Party: </w:t>
      </w:r>
      <w:r>
        <w:t xml:space="preserve">Road Captain + ten (10) CVMA 29-4 blockers. Stage on </w:t>
      </w:r>
      <w:r>
        <w:t xml:space="preserve">NW Starr St </w:t>
      </w:r>
      <w:r>
        <w:t>next to Sublimity Park, between NW Johnson St and NW Parker St.</w:t>
      </w:r>
    </w:p>
    <w:p w:rsidR="007F2DDC" w:rsidRDefault="007077C6">
      <w:pPr>
        <w:spacing w:after="40"/>
      </w:pPr>
      <w:r>
        <w:rPr>
          <w:b/>
        </w:rPr>
        <w:t xml:space="preserve">Main Body: </w:t>
      </w:r>
      <w:r>
        <w:t>CVMA 29-4 Presi</w:t>
      </w:r>
      <w:r>
        <w:t xml:space="preserve">dent at the front, followed by all riders. Stage </w:t>
      </w:r>
      <w:r w:rsidR="00374B6A">
        <w:t xml:space="preserve">on NW Johnson and NW Starr St. All riders will fall behind on NW Johnson, W Main St and NW Parker St. Overflow will stage at Fire Station parking </w:t>
      </w:r>
      <w:proofErr w:type="gramStart"/>
      <w:r w:rsidR="00374B6A">
        <w:t>lot  and</w:t>
      </w:r>
      <w:proofErr w:type="gramEnd"/>
      <w:r w:rsidR="00374B6A">
        <w:t xml:space="preserve"> </w:t>
      </w:r>
      <w:r>
        <w:t>in the gravel parking area adjacent to Sublimity Fire District Station #51, with additional parking at the post office as needed.</w:t>
      </w:r>
    </w:p>
    <w:p w:rsidR="007F2DDC" w:rsidRDefault="007077C6">
      <w:pPr>
        <w:spacing w:after="40"/>
      </w:pPr>
      <w:r>
        <w:rPr>
          <w:b/>
        </w:rPr>
        <w:t xml:space="preserve">Rear Security: </w:t>
      </w:r>
      <w:r>
        <w:t>CVMA 29-4 Sergeant-at-Arms (SA) + two (2) CVMA 29-4 members. S</w:t>
      </w:r>
      <w:r>
        <w:t>tage on the east side of the post-office parking area.</w:t>
      </w:r>
    </w:p>
    <w:p w:rsidR="007F2DDC" w:rsidRDefault="007077C6">
      <w:pPr>
        <w:pStyle w:val="Heading1"/>
      </w:pPr>
      <w:r>
        <w:lastRenderedPageBreak/>
        <w:t>3. Start / Sublimity</w:t>
      </w:r>
    </w:p>
    <w:p w:rsidR="007F2DDC" w:rsidRDefault="007077C6">
      <w:pPr>
        <w:pStyle w:val="ListBullet"/>
      </w:pPr>
      <w:r>
        <w:t>Safety brief will be conducted in the grassy area of Sublimity Park.</w:t>
      </w:r>
    </w:p>
    <w:p w:rsidR="007F2DDC" w:rsidRDefault="007077C6">
      <w:pPr>
        <w:pStyle w:val="ListBullet"/>
      </w:pPr>
      <w:r>
        <w:t xml:space="preserve">Before movement, the SA and two rear-security members will position as assigned </w:t>
      </w:r>
      <w:r w:rsidR="00374B6A">
        <w:t>at NW</w:t>
      </w:r>
      <w:r>
        <w:t xml:space="preserve"> Starr St / NW Center St</w:t>
      </w:r>
      <w:r w:rsidR="00374B6A">
        <w:t xml:space="preserve">. Block North and South bounds traffic on N Center, and west bound traffic of NE Starr St. </w:t>
      </w:r>
    </w:p>
    <w:p w:rsidR="007F2DDC" w:rsidRDefault="007077C6">
      <w:pPr>
        <w:pStyle w:val="ListBullet"/>
      </w:pPr>
      <w:r>
        <w:t>Advance Party leads. Main Body departs approximately 10 seconds later. Rear Security follows the final rider.</w:t>
      </w:r>
    </w:p>
    <w:p w:rsidR="007F2DDC" w:rsidRDefault="007077C6">
      <w:pPr>
        <w:pStyle w:val="ListBullet"/>
      </w:pPr>
      <w:r>
        <w:t xml:space="preserve">Advance Party </w:t>
      </w:r>
      <w:r w:rsidR="00374B6A">
        <w:t>will</w:t>
      </w:r>
      <w:r>
        <w:t xml:space="preserve"> move a</w:t>
      </w:r>
      <w:r>
        <w:t>head to pre-identified observation/control p</w:t>
      </w:r>
      <w:r w:rsidR="00374B6A">
        <w:t>oints and intersections. Blockers may/will leave their control p</w:t>
      </w:r>
      <w:r w:rsidR="00AB6B34">
        <w:t>o</w:t>
      </w:r>
      <w:r w:rsidR="00374B6A">
        <w:t>int when main body i</w:t>
      </w:r>
      <w:r w:rsidR="00AB6B34">
        <w:t>s</w:t>
      </w:r>
      <w:r w:rsidR="00374B6A">
        <w:t xml:space="preserve"> in view </w:t>
      </w:r>
      <w:r w:rsidR="00AB6B34">
        <w:t xml:space="preserve">and approaches the control pint. Blockers will only leave their post if it </w:t>
      </w:r>
      <w:r w:rsidR="00374B6A">
        <w:t xml:space="preserve">is safe to do so, and rejoin the advance party. </w:t>
      </w:r>
    </w:p>
    <w:p w:rsidR="007F2DDC" w:rsidRDefault="007077C6">
      <w:pPr>
        <w:pStyle w:val="Heading1"/>
      </w:pPr>
      <w:r>
        <w:t>4. Silverton Police Coordina</w:t>
      </w:r>
      <w:r>
        <w:t>tion</w:t>
      </w:r>
    </w:p>
    <w:p w:rsidR="007F2DDC" w:rsidRDefault="007077C6">
      <w:r>
        <w:rPr>
          <w:b/>
        </w:rPr>
        <w:t xml:space="preserve">Link-up point: </w:t>
      </w:r>
      <w:r>
        <w:t>W Main St / Westfield St area, near The Church of Jesus Christ of Latter-day Saints, 745 W Main St, Silverton.</w:t>
      </w:r>
    </w:p>
    <w:p w:rsidR="007F2DDC" w:rsidRDefault="007077C6">
      <w:pPr>
        <w:pStyle w:val="ListBullet"/>
      </w:pPr>
      <w:r>
        <w:t xml:space="preserve">Silverton PD will provide </w:t>
      </w:r>
      <w:r w:rsidR="00AB6B34">
        <w:t>a rolling escort</w:t>
      </w:r>
      <w:r>
        <w:t xml:space="preserve"> </w:t>
      </w:r>
      <w:r>
        <w:t>through Silverton.</w:t>
      </w:r>
    </w:p>
    <w:p w:rsidR="007F2DDC" w:rsidRDefault="007077C6">
      <w:pPr>
        <w:pStyle w:val="ListBullet"/>
      </w:pPr>
      <w:r>
        <w:t>Planned movement: eastbound W Main St → southbound S Water St → Quall Rd NE / Canyon View Ln NE</w:t>
      </w:r>
      <w:r w:rsidR="00AB6B34">
        <w:t xml:space="preserve">. Silverton PD will take control of the intersection until the last riders clears the intersection of Quall RD NE / Canyon View NE.  </w:t>
      </w:r>
    </w:p>
    <w:p w:rsidR="007F2DDC" w:rsidRDefault="007077C6">
      <w:pPr>
        <w:pStyle w:val="ListBullet"/>
      </w:pPr>
      <w:r>
        <w:t>Maximum formation speed through Silverton: 25 MPH or the posted limit, whichever is lower.</w:t>
      </w:r>
    </w:p>
    <w:p w:rsidR="007F2DDC" w:rsidRDefault="007077C6">
      <w:pPr>
        <w:pStyle w:val="ListBullet"/>
      </w:pPr>
      <w:r>
        <w:t>Silverton PD r</w:t>
      </w:r>
      <w:r>
        <w:t>emains in control of police traffic-control points. Riders and CVMA support personnel will comply with all officer directions.</w:t>
      </w:r>
    </w:p>
    <w:p w:rsidR="007F2DDC" w:rsidRDefault="007077C6">
      <w:pPr>
        <w:pStyle w:val="ListBullet"/>
      </w:pPr>
      <w:r>
        <w:t>After the formation clears the police-assisted section, the Advance Party continues toward Silver Falls and prepares the next pla</w:t>
      </w:r>
      <w:r>
        <w:t>nned ride-management points.</w:t>
      </w:r>
      <w:r w:rsidR="00AB6B34">
        <w:t xml:space="preserve"> Main body to maintain a distance of 10 seconds behind the advance party. </w:t>
      </w:r>
    </w:p>
    <w:p w:rsidR="007F2DDC" w:rsidRDefault="007077C6">
      <w:pPr>
        <w:pStyle w:val="Heading1"/>
      </w:pPr>
      <w:r>
        <w:t>5. Silver Falls State Park - South Falls</w:t>
      </w:r>
    </w:p>
    <w:p w:rsidR="007F2DDC" w:rsidRDefault="007077C6">
      <w:pPr>
        <w:pStyle w:val="ListBullet"/>
      </w:pPr>
      <w:r>
        <w:t>Use the South Falls Day Use Area / main parking area. Overflow parking may be used if directed by park staff or the Road Captain.</w:t>
      </w:r>
    </w:p>
    <w:p w:rsidR="007F2DDC" w:rsidRDefault="007077C6">
      <w:pPr>
        <w:pStyle w:val="ListBullet"/>
      </w:pPr>
      <w:r>
        <w:t xml:space="preserve">Break duration: 30 minutes for waterfall viewing and </w:t>
      </w:r>
      <w:r>
        <w:t>restroom use.</w:t>
      </w:r>
    </w:p>
    <w:p w:rsidR="007F2DDC" w:rsidRDefault="007077C6">
      <w:pPr>
        <w:pStyle w:val="ListBullet"/>
      </w:pPr>
      <w:r>
        <w:t>All riders will return to their motorcycles NLT 10 minutes before KSU.</w:t>
      </w:r>
    </w:p>
    <w:p w:rsidR="007F2DDC" w:rsidRDefault="007077C6">
      <w:pPr>
        <w:pStyle w:val="ListBullet"/>
      </w:pPr>
      <w:r>
        <w:t>Advance Party regroups in the easternmost practical parking stalls; Main Body stages behind the Advance Party; Rear Security takes the rear.</w:t>
      </w:r>
    </w:p>
    <w:p w:rsidR="00AB6B34" w:rsidRDefault="007077C6" w:rsidP="00AB6B34">
      <w:pPr>
        <w:pStyle w:val="ListBullet"/>
      </w:pPr>
      <w:r>
        <w:t>Main Body departs approximatel</w:t>
      </w:r>
      <w:r>
        <w:t>y 10 seconds after the Advance Party.</w:t>
      </w:r>
    </w:p>
    <w:p w:rsidR="007F2DDC" w:rsidRPr="00AB6B34" w:rsidRDefault="007077C6" w:rsidP="00AB6B34">
      <w:pPr>
        <w:pStyle w:val="Heading1"/>
      </w:pPr>
      <w:r w:rsidRPr="00AB6B34">
        <w:t>6. Return to C</w:t>
      </w:r>
      <w:r w:rsidRPr="00AB6B34">
        <w:t>amp Taloali</w:t>
      </w:r>
    </w:p>
    <w:p w:rsidR="007F2DDC" w:rsidRDefault="007077C6">
      <w:pPr>
        <w:pStyle w:val="ListBullet"/>
      </w:pPr>
      <w:r>
        <w:t>A</w:t>
      </w:r>
      <w:r>
        <w:t>dvance Party leads the return leg from South Falls toward Hwy 22 and Camp Taloali using the approved route.</w:t>
      </w:r>
    </w:p>
    <w:p w:rsidR="007F2DDC" w:rsidRDefault="007077C6">
      <w:pPr>
        <w:pStyle w:val="ListBullet"/>
      </w:pPr>
      <w:r>
        <w:t>Advance Party personnel may position at pre-identified points only when it can be done safely and lawfully; they do not supersede traff</w:t>
      </w:r>
      <w:r>
        <w:t>ic-control devices or law-enforcement direction.</w:t>
      </w:r>
    </w:p>
    <w:p w:rsidR="007F2DDC" w:rsidRDefault="007077C6">
      <w:pPr>
        <w:pStyle w:val="ListBullet"/>
      </w:pPr>
      <w:r>
        <w:t>Main Body maintains formation, safe following distance, and lane discipline.</w:t>
      </w:r>
    </w:p>
    <w:p w:rsidR="007F2DDC" w:rsidRDefault="007077C6">
      <w:pPr>
        <w:pStyle w:val="ListBullet"/>
      </w:pPr>
      <w:r>
        <w:t>Rear Security remains behind the final rider and reports breakdowns, separation, or hazards to the Road Captain.</w:t>
      </w:r>
    </w:p>
    <w:p w:rsidR="007F2DDC" w:rsidRDefault="007077C6">
      <w:pPr>
        <w:pStyle w:val="ListBullet"/>
      </w:pPr>
      <w:r>
        <w:t>Final destination</w:t>
      </w:r>
      <w:r>
        <w:t>: Camp Taloali, 15934 N Santiam Hwy SE, Stayton, OR 97383.</w:t>
      </w:r>
    </w:p>
    <w:p w:rsidR="007F2DDC" w:rsidRDefault="007077C6">
      <w:pPr>
        <w:pStyle w:val="Heading1"/>
      </w:pPr>
      <w:r>
        <w:t>7. Rider Safety Brief - Key Points</w:t>
      </w:r>
    </w:p>
    <w:p w:rsidR="007F2DDC" w:rsidRDefault="007077C6">
      <w:pPr>
        <w:pStyle w:val="ListBullet"/>
      </w:pPr>
      <w:r>
        <w:t>Ride your own ride. Each rider is responsible for the safe and lawful operation of their motorcycle.</w:t>
      </w:r>
    </w:p>
    <w:p w:rsidR="007F2DDC" w:rsidRDefault="007077C6">
      <w:pPr>
        <w:pStyle w:val="ListBullet"/>
      </w:pPr>
      <w:r>
        <w:t>Obey all traffic-control devices and law-enforcement directio</w:t>
      </w:r>
      <w:r>
        <w:t>ns. Do not enter an intersection unless it is safe</w:t>
      </w:r>
      <w:r w:rsidR="00AB6B34">
        <w:t xml:space="preserve">. </w:t>
      </w:r>
    </w:p>
    <w:p w:rsidR="007F2DDC" w:rsidRDefault="007077C6">
      <w:pPr>
        <w:pStyle w:val="ListBullet"/>
      </w:pPr>
      <w:r>
        <w:t>Maintain formation without sacrificing safe following distance. No racing to close gaps.</w:t>
      </w:r>
    </w:p>
    <w:p w:rsidR="007F2DDC" w:rsidRDefault="007077C6">
      <w:pPr>
        <w:pStyle w:val="ListBullet"/>
      </w:pPr>
      <w:r>
        <w:t>No formation speed above the posted limit; Silverton formation speed will not exceed 25 MPH.</w:t>
      </w:r>
    </w:p>
    <w:p w:rsidR="007F2DDC" w:rsidRDefault="007077C6">
      <w:pPr>
        <w:pStyle w:val="ListBullet"/>
      </w:pPr>
      <w:r>
        <w:t>Us</w:t>
      </w:r>
      <w:r>
        <w:t>e clear hand signals and pass signals rearward when safe.</w:t>
      </w:r>
    </w:p>
    <w:p w:rsidR="007F2DDC" w:rsidRDefault="007077C6">
      <w:pPr>
        <w:pStyle w:val="ListBullet"/>
      </w:pPr>
      <w:r>
        <w:t>If separated from the group, continue safely on the route; do not make unsafe maneuvers to catch up.</w:t>
      </w:r>
    </w:p>
    <w:p w:rsidR="007F2DDC" w:rsidRDefault="007077C6">
      <w:pPr>
        <w:pStyle w:val="ListBullet"/>
      </w:pPr>
      <w:r>
        <w:t>Emergency vehicles always have priority. Yield immediately and safely.</w:t>
      </w:r>
    </w:p>
    <w:p w:rsidR="007F2DDC" w:rsidRDefault="007077C6">
      <w:pPr>
        <w:pStyle w:val="ListBullet"/>
      </w:pPr>
      <w:r>
        <w:t>Report mechanical issues o</w:t>
      </w:r>
      <w:r>
        <w:t>r rider problems to Rear Security / Road Captain as soon as practical.</w:t>
      </w:r>
    </w:p>
    <w:p w:rsidR="007F2DDC" w:rsidRDefault="007077C6">
      <w:pPr>
        <w:pStyle w:val="ListBullet"/>
      </w:pPr>
      <w:r>
        <w:t>At Silver Falls, stay within open public areas and obey all park closures, barriers, and staff directions.</w:t>
      </w:r>
    </w:p>
    <w:p w:rsidR="007F2DDC" w:rsidRDefault="007077C6">
      <w:pPr>
        <w:pStyle w:val="Heading1"/>
      </w:pPr>
      <w:r>
        <w:lastRenderedPageBreak/>
        <w:t>8. Command / Communications</w:t>
      </w:r>
      <w:r w:rsidR="00AB6B34">
        <w:t xml:space="preserve"> (Primary Comms cell phone)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7F2DDC">
        <w:trPr>
          <w:jc w:val="center"/>
        </w:trPr>
        <w:tc>
          <w:tcPr>
            <w:tcW w:w="3552" w:type="dxa"/>
          </w:tcPr>
          <w:p w:rsidR="007F2DDC" w:rsidRDefault="007077C6">
            <w:r>
              <w:t>Element</w:t>
            </w:r>
          </w:p>
        </w:tc>
        <w:tc>
          <w:tcPr>
            <w:tcW w:w="3552" w:type="dxa"/>
          </w:tcPr>
          <w:p w:rsidR="007F2DDC" w:rsidRDefault="007077C6">
            <w:r>
              <w:t>Lead</w:t>
            </w:r>
          </w:p>
        </w:tc>
        <w:tc>
          <w:tcPr>
            <w:tcW w:w="3552" w:type="dxa"/>
          </w:tcPr>
          <w:p w:rsidR="007F2DDC" w:rsidRDefault="007077C6">
            <w:r>
              <w:t>Primary Responsibility</w:t>
            </w:r>
          </w:p>
        </w:tc>
      </w:tr>
      <w:tr w:rsidR="007F2DDC">
        <w:trPr>
          <w:jc w:val="center"/>
        </w:trPr>
        <w:tc>
          <w:tcPr>
            <w:tcW w:w="3552" w:type="dxa"/>
          </w:tcPr>
          <w:p w:rsidR="007F2DDC" w:rsidRDefault="007077C6">
            <w:r>
              <w:t>Advance Party</w:t>
            </w:r>
          </w:p>
        </w:tc>
        <w:tc>
          <w:tcPr>
            <w:tcW w:w="3552" w:type="dxa"/>
          </w:tcPr>
          <w:p w:rsidR="007F2DDC" w:rsidRDefault="007077C6">
            <w:r>
              <w:t>Road Captain</w:t>
            </w:r>
            <w:r w:rsidR="00AB6B34">
              <w:t xml:space="preserve"> “Mika” 971-409-6368”</w:t>
            </w:r>
          </w:p>
        </w:tc>
        <w:tc>
          <w:tcPr>
            <w:tcW w:w="3552" w:type="dxa"/>
          </w:tcPr>
          <w:p w:rsidR="007F2DDC" w:rsidRDefault="007077C6">
            <w:r>
              <w:t>Route lead, coordination, hazards, authorized ride-management points</w:t>
            </w:r>
          </w:p>
        </w:tc>
      </w:tr>
      <w:tr w:rsidR="007F2DDC">
        <w:trPr>
          <w:jc w:val="center"/>
        </w:trPr>
        <w:tc>
          <w:tcPr>
            <w:tcW w:w="3552" w:type="dxa"/>
          </w:tcPr>
          <w:p w:rsidR="007F2DDC" w:rsidRDefault="007077C6">
            <w:r>
              <w:t>Main Body</w:t>
            </w:r>
          </w:p>
        </w:tc>
        <w:tc>
          <w:tcPr>
            <w:tcW w:w="3552" w:type="dxa"/>
          </w:tcPr>
          <w:p w:rsidR="007F2DDC" w:rsidRDefault="007077C6">
            <w:r>
              <w:t>29-4 President</w:t>
            </w:r>
            <w:r w:rsidR="00AB6B34">
              <w:t xml:space="preserve"> “</w:t>
            </w:r>
            <w:proofErr w:type="spellStart"/>
            <w:r w:rsidR="00AB6B34">
              <w:t>Leafty</w:t>
            </w:r>
            <w:proofErr w:type="spellEnd"/>
            <w:r w:rsidR="00AB6B34">
              <w:t>” 417-576-7756</w:t>
            </w:r>
          </w:p>
        </w:tc>
        <w:tc>
          <w:tcPr>
            <w:tcW w:w="3552" w:type="dxa"/>
          </w:tcPr>
          <w:p w:rsidR="007F2DDC" w:rsidRDefault="007077C6">
            <w:r>
              <w:t>Main formation</w:t>
            </w:r>
          </w:p>
        </w:tc>
      </w:tr>
      <w:tr w:rsidR="007F2DDC">
        <w:trPr>
          <w:jc w:val="center"/>
        </w:trPr>
        <w:tc>
          <w:tcPr>
            <w:tcW w:w="3552" w:type="dxa"/>
          </w:tcPr>
          <w:p w:rsidR="007F2DDC" w:rsidRDefault="007077C6">
            <w:r>
              <w:t>Rear Security</w:t>
            </w:r>
          </w:p>
        </w:tc>
        <w:tc>
          <w:tcPr>
            <w:tcW w:w="3552" w:type="dxa"/>
          </w:tcPr>
          <w:p w:rsidR="007F2DDC" w:rsidRDefault="007077C6">
            <w:r>
              <w:t>29-4 Sergeant-at-Arms</w:t>
            </w:r>
            <w:r w:rsidR="00AB6B34">
              <w:t xml:space="preserve"> “Snuggles” 503-851-4751</w:t>
            </w:r>
          </w:p>
        </w:tc>
        <w:tc>
          <w:tcPr>
            <w:tcW w:w="3552" w:type="dxa"/>
          </w:tcPr>
          <w:p w:rsidR="007F2DDC" w:rsidRDefault="007077C6">
            <w:r>
              <w:t>Rear accountability, breakdowns, stragglers, hazards</w:t>
            </w:r>
          </w:p>
        </w:tc>
      </w:tr>
    </w:tbl>
    <w:p w:rsidR="007F2DDC" w:rsidRDefault="007077C6">
      <w:pPr>
        <w:pStyle w:val="Heading1"/>
      </w:pPr>
      <w:r>
        <w:t>9. Pre-Ride Coordination Checklist</w:t>
      </w:r>
    </w:p>
    <w:p w:rsidR="007F2DDC" w:rsidRDefault="007077C6">
      <w:r>
        <w:t>☐</w:t>
      </w:r>
      <w:r>
        <w:t xml:space="preserve"> Conf</w:t>
      </w:r>
      <w:r>
        <w:t>irm final Google Maps route and distribute to Advance Party / Rear Security.</w:t>
      </w:r>
    </w:p>
    <w:p w:rsidR="007F2DDC" w:rsidRDefault="007077C6">
      <w:r>
        <w:t>☐</w:t>
      </w:r>
      <w:r>
        <w:t xml:space="preserve"> Confirm Silverton PD link-up time, contact person, exact start/end of police traffic-control assistance.</w:t>
      </w:r>
    </w:p>
    <w:p w:rsidR="007F2DDC" w:rsidRDefault="007077C6">
      <w:r>
        <w:t>☐</w:t>
      </w:r>
      <w:r>
        <w:t xml:space="preserve"> Confirm South Falls parking plan</w:t>
      </w:r>
      <w:r w:rsidR="00AB6B34">
        <w:t>.</w:t>
      </w:r>
    </w:p>
    <w:p w:rsidR="007F2DDC" w:rsidRDefault="007077C6">
      <w:r>
        <w:t>☐</w:t>
      </w:r>
      <w:r>
        <w:t xml:space="preserve"> Confirm blocker assignments and legal/safety limits for each planned point.</w:t>
      </w:r>
    </w:p>
    <w:p w:rsidR="007F2DDC" w:rsidRDefault="007077C6">
      <w:r>
        <w:t>☐</w:t>
      </w:r>
      <w:r>
        <w:t xml:space="preserve"> Check weather, road construction, closures, and wildfire restrictions on August 22.</w:t>
      </w:r>
    </w:p>
    <w:p w:rsidR="007F2DDC" w:rsidRDefault="007077C6">
      <w:r>
        <w:t>☐</w:t>
      </w:r>
      <w:r>
        <w:t xml:space="preserve"> Confirm rider count and emergency contact / sweep procedure.</w:t>
      </w:r>
    </w:p>
    <w:p w:rsidR="007F2DDC" w:rsidRDefault="007077C6">
      <w:r>
        <w:t>☐</w:t>
      </w:r>
      <w:r>
        <w:t xml:space="preserve"> Conduct </w:t>
      </w:r>
      <w:bookmarkStart w:id="0" w:name="_GoBack"/>
      <w:bookmarkEnd w:id="0"/>
      <w:r>
        <w:t>communications check before 0940 safety brief.</w:t>
      </w:r>
    </w:p>
    <w:p w:rsidR="007F2DDC" w:rsidRDefault="007077C6">
      <w:pPr>
        <w:jc w:val="center"/>
      </w:pPr>
      <w:r>
        <w:rPr>
          <w:b/>
        </w:rPr>
        <w:t>Prepared for CVMA Region X Rally - Ride Date: 22 AUG 2026</w:t>
      </w:r>
    </w:p>
    <w:sectPr w:rsidR="007F2DDC" w:rsidSect="00034616">
      <w:headerReference w:type="default" r:id="rId9"/>
      <w:footerReference w:type="default" r:id="rId10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7C6" w:rsidRDefault="007077C6">
      <w:pPr>
        <w:spacing w:after="0" w:line="240" w:lineRule="auto"/>
      </w:pPr>
      <w:r>
        <w:separator/>
      </w:r>
    </w:p>
  </w:endnote>
  <w:endnote w:type="continuationSeparator" w:id="0">
    <w:p w:rsidR="007077C6" w:rsidRDefault="0070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2DDC" w:rsidRDefault="007077C6">
    <w:pPr>
      <w:pStyle w:val="Footer"/>
      <w:jc w:val="center"/>
    </w:pPr>
    <w:r>
      <w:rPr>
        <w:sz w:val="15"/>
      </w:rPr>
      <w:t>Operational planning document - final route and t</w:t>
    </w:r>
    <w:r>
      <w:rPr>
        <w:sz w:val="15"/>
      </w:rPr>
      <w:t>raffic-control details subject to Road Captain / law-enforcement coordination.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7C6" w:rsidRDefault="007077C6">
      <w:pPr>
        <w:spacing w:after="0" w:line="240" w:lineRule="auto"/>
      </w:pPr>
      <w:r>
        <w:separator/>
      </w:r>
    </w:p>
  </w:footnote>
  <w:footnote w:type="continuationSeparator" w:id="0">
    <w:p w:rsidR="007077C6" w:rsidRDefault="00707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2DDC" w:rsidRDefault="007077C6">
    <w:pPr>
      <w:pStyle w:val="Header"/>
      <w:jc w:val="center"/>
    </w:pPr>
    <w:r>
      <w:rPr>
        <w:sz w:val="16"/>
      </w:rPr>
      <w:t>CVMA REGION X RALLY - RIDE PLAN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4B6A"/>
    <w:rsid w:val="007077C6"/>
    <w:rsid w:val="007F2DDC"/>
    <w:rsid w:val="00AA1D8D"/>
    <w:rsid w:val="00AB6B34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C55C"/>
  <w14:defaultImageDpi w14:val="300"/>
  <w15:docId w15:val="{11A243EB-DA89-4AEC-B93D-CF8BF21A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AFAEB2-3EF8-4DFB-9639-7E881A9B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LEE Michael</cp:lastModifiedBy>
  <cp:revision>2</cp:revision>
  <dcterms:created xsi:type="dcterms:W3CDTF">2026-08-12T20:09:00Z</dcterms:created>
  <dcterms:modified xsi:type="dcterms:W3CDTF">2026-08-12T20:09:00Z</dcterms:modified>
  <cp:category/>
</cp:coreProperties>
</file>